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3B5189" w14:paraId="25CDF294" w14:textId="77777777">
        <w:trPr>
          <w:jc w:val="center"/>
        </w:trPr>
        <w:tc>
          <w:tcPr>
            <w:tcW w:w="52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4C223" w14:textId="77777777" w:rsidR="003B5189" w:rsidRDefault="0023264D">
            <w:r>
              <w:rPr>
                <w:noProof/>
              </w:rPr>
              <w:drawing>
                <wp:inline distT="0" distB="0" distL="0" distR="0" wp14:anchorId="477F73CD" wp14:editId="7F8A6BE4">
                  <wp:extent cx="1548000" cy="51231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aaijmakers_log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000" cy="512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89C38" w14:textId="77777777" w:rsidR="003B5189" w:rsidRDefault="0023264D">
            <w:pPr>
              <w:jc w:val="right"/>
            </w:pPr>
            <w:r>
              <w:rPr>
                <w:b/>
                <w:color w:val="078F95"/>
                <w:sz w:val="18"/>
              </w:rPr>
              <w:t>Patiënteninformatie | Complimenten</w:t>
            </w:r>
          </w:p>
        </w:tc>
      </w:tr>
    </w:tbl>
    <w:p w14:paraId="68DFD042" w14:textId="77777777" w:rsidR="003B5189" w:rsidRDefault="003B5189">
      <w:pPr>
        <w:pBdr>
          <w:bottom w:val="single" w:sz="8" w:space="0" w:color="78B83E"/>
        </w:pBdr>
        <w:spacing w:after="40"/>
      </w:pPr>
    </w:p>
    <w:p w14:paraId="6D457287" w14:textId="77777777" w:rsidR="003B5189" w:rsidRDefault="0023264D">
      <w:pPr>
        <w:spacing w:after="0"/>
      </w:pPr>
      <w:r>
        <w:rPr>
          <w:rFonts w:ascii="Aptos Display" w:hAnsi="Aptos Display"/>
          <w:b/>
          <w:color w:val="078F95"/>
          <w:sz w:val="38"/>
        </w:rPr>
        <w:t>COMPLIMENTENFORMULIER</w:t>
      </w:r>
    </w:p>
    <w:p w14:paraId="1C479D3B" w14:textId="77777777" w:rsidR="003B5189" w:rsidRDefault="0023264D">
      <w:pPr>
        <w:spacing w:after="100"/>
      </w:pPr>
      <w:r>
        <w:rPr>
          <w:b/>
          <w:sz w:val="23"/>
        </w:rPr>
        <w:t>Fijn om te horen wat goed gaat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80"/>
      </w:tblGrid>
      <w:tr w:rsidR="003B5189" w14:paraId="5CA78C09" w14:textId="77777777">
        <w:trPr>
          <w:jc w:val="center"/>
        </w:trPr>
        <w:tc>
          <w:tcPr>
            <w:tcW w:w="10596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shd w:val="clear" w:color="auto" w:fill="EAF6F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67A167" w14:textId="77777777" w:rsidR="003B5189" w:rsidRDefault="0023264D">
            <w:pPr>
              <w:spacing w:after="0"/>
            </w:pPr>
            <w:r>
              <w:rPr>
                <w:sz w:val="18"/>
              </w:rPr>
              <w:t>Bent u tevreden over onze zorg of heeft een medewerker iets voor u betekend? Laat het ons gerust weten. Uw compliment helpt ons om te zien wat goed gaat en wat we vooral moeten blijven doen. U kunt dit formulier bij de balie inleveren of via MijnGezondheid.net een bericht sturen met als onderwerp COMPLIMENT.</w:t>
            </w:r>
          </w:p>
        </w:tc>
      </w:tr>
    </w:tbl>
    <w:p w14:paraId="22B42824" w14:textId="77777777" w:rsidR="003B5189" w:rsidRDefault="003B5189">
      <w:pPr>
        <w:spacing w:after="0" w:line="84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3B5189" w14:paraId="3990B5A3" w14:textId="77777777">
        <w:trPr>
          <w:jc w:val="center"/>
        </w:trPr>
        <w:tc>
          <w:tcPr>
            <w:tcW w:w="10596" w:type="dxa"/>
            <w:shd w:val="clear" w:color="auto" w:fill="078F9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474A2A6" w14:textId="77777777" w:rsidR="003B5189" w:rsidRDefault="0023264D">
            <w:pPr>
              <w:spacing w:after="0"/>
            </w:pPr>
            <w:r>
              <w:rPr>
                <w:b/>
                <w:color w:val="FFFFFF"/>
                <w:sz w:val="21"/>
              </w:rPr>
              <w:t>1. Uw gegevens (optioneel)</w:t>
            </w:r>
          </w:p>
        </w:tc>
      </w:tr>
    </w:tbl>
    <w:p w14:paraId="7F950773" w14:textId="77777777" w:rsidR="003B5189" w:rsidRDefault="003B5189">
      <w:pPr>
        <w:spacing w:after="0" w:line="96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3B5189" w14:paraId="738E91FD" w14:textId="77777777">
        <w:trPr>
          <w:trHeight w:val="360"/>
          <w:jc w:val="center"/>
        </w:trPr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4BD3CC" w14:textId="77777777" w:rsidR="003B5189" w:rsidRDefault="0023264D">
            <w:pPr>
              <w:spacing w:after="0"/>
            </w:pPr>
            <w:r>
              <w:rPr>
                <w:b/>
                <w:sz w:val="17"/>
              </w:rPr>
              <w:t>Naam</w:t>
            </w:r>
          </w:p>
        </w:tc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08E6E4" w14:textId="77777777" w:rsidR="003B5189" w:rsidRDefault="003B5189">
            <w:pPr>
              <w:spacing w:after="0"/>
            </w:pPr>
          </w:p>
        </w:tc>
      </w:tr>
      <w:tr w:rsidR="003B5189" w14:paraId="43D0BEFC" w14:textId="77777777">
        <w:trPr>
          <w:trHeight w:val="360"/>
          <w:jc w:val="center"/>
        </w:trPr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839CF5" w14:textId="77777777" w:rsidR="003B5189" w:rsidRDefault="0023264D">
            <w:pPr>
              <w:spacing w:after="0"/>
            </w:pPr>
            <w:r>
              <w:rPr>
                <w:b/>
                <w:sz w:val="17"/>
              </w:rPr>
              <w:t>Telefoonnummer / e-mailadres</w:t>
            </w:r>
          </w:p>
        </w:tc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293B32" w14:textId="77777777" w:rsidR="003B5189" w:rsidRDefault="003B5189">
            <w:pPr>
              <w:spacing w:after="0"/>
            </w:pPr>
          </w:p>
        </w:tc>
      </w:tr>
    </w:tbl>
    <w:p w14:paraId="3A3BB0E0" w14:textId="77777777" w:rsidR="003B5189" w:rsidRDefault="003B5189">
      <w:pPr>
        <w:spacing w:after="0" w:line="84" w:lineRule="auto"/>
      </w:pPr>
    </w:p>
    <w:p w14:paraId="1EFD475C" w14:textId="77777777" w:rsidR="003B5189" w:rsidRDefault="0023264D">
      <w:pPr>
        <w:spacing w:after="60"/>
      </w:pPr>
      <w:r>
        <w:rPr>
          <w:color w:val="6F7F85"/>
          <w:sz w:val="16"/>
        </w:rPr>
        <w:t>U mag uw compliment ook anoniem geven. Laat deze velden dan leeg.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3B5189" w14:paraId="313E2908" w14:textId="77777777">
        <w:trPr>
          <w:jc w:val="center"/>
        </w:trPr>
        <w:tc>
          <w:tcPr>
            <w:tcW w:w="10596" w:type="dxa"/>
            <w:shd w:val="clear" w:color="auto" w:fill="078F9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A760EC" w14:textId="77777777" w:rsidR="003B5189" w:rsidRDefault="0023264D">
            <w:pPr>
              <w:spacing w:after="0"/>
            </w:pPr>
            <w:r>
              <w:rPr>
                <w:b/>
                <w:color w:val="FFFFFF"/>
                <w:sz w:val="21"/>
              </w:rPr>
              <w:t>2. Uw compliment</w:t>
            </w:r>
          </w:p>
        </w:tc>
      </w:tr>
    </w:tbl>
    <w:p w14:paraId="38B8F5F1" w14:textId="77777777" w:rsidR="003B5189" w:rsidRDefault="003B5189">
      <w:pPr>
        <w:spacing w:after="0" w:line="96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98"/>
        <w:gridCol w:w="5298"/>
      </w:tblGrid>
      <w:tr w:rsidR="003B5189" w14:paraId="5BC5B7AF" w14:textId="77777777">
        <w:trPr>
          <w:trHeight w:val="380"/>
          <w:jc w:val="center"/>
        </w:trPr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BFF6D1" w14:textId="77777777" w:rsidR="003B5189" w:rsidRDefault="0023264D">
            <w:pPr>
              <w:spacing w:after="0"/>
            </w:pPr>
            <w:r>
              <w:rPr>
                <w:b/>
                <w:sz w:val="17"/>
              </w:rPr>
              <w:t>Datum / locatie</w:t>
            </w:r>
          </w:p>
        </w:tc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6C88B8" w14:textId="77777777" w:rsidR="003B5189" w:rsidRDefault="0023264D">
            <w:pPr>
              <w:spacing w:after="0"/>
            </w:pPr>
            <w:r>
              <w:rPr>
                <w:sz w:val="18"/>
              </w:rPr>
              <w:t>Datum: ____________________     ☐ Raadhuisplein     ☐ Koetshuislaan</w:t>
            </w:r>
          </w:p>
        </w:tc>
      </w:tr>
      <w:tr w:rsidR="003B5189" w14:paraId="3312DC8C" w14:textId="77777777">
        <w:trPr>
          <w:trHeight w:val="520"/>
          <w:jc w:val="center"/>
        </w:trPr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24A14B" w14:textId="77777777" w:rsidR="003B5189" w:rsidRDefault="0023264D">
            <w:pPr>
              <w:spacing w:after="0"/>
            </w:pPr>
            <w:r>
              <w:rPr>
                <w:b/>
                <w:sz w:val="17"/>
              </w:rPr>
              <w:t>Mijn compliment gaat over</w:t>
            </w:r>
          </w:p>
        </w:tc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4CA997" w14:textId="77777777" w:rsidR="003B5189" w:rsidRDefault="0023264D">
            <w:pPr>
              <w:spacing w:after="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huisarts   ☐ verpleegkundig specialist   ☐ POH   ☐ assistente   ☐ team / organisatie   ☐ anders</w:t>
            </w:r>
          </w:p>
        </w:tc>
      </w:tr>
      <w:tr w:rsidR="003B5189" w14:paraId="417F81A3" w14:textId="77777777">
        <w:trPr>
          <w:trHeight w:val="370"/>
          <w:jc w:val="center"/>
        </w:trPr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A3C6C4" w14:textId="77777777" w:rsidR="003B5189" w:rsidRDefault="0023264D">
            <w:pPr>
              <w:spacing w:after="0"/>
            </w:pPr>
            <w:r>
              <w:rPr>
                <w:b/>
                <w:sz w:val="17"/>
              </w:rPr>
              <w:t>Naam medewerker (optioneel)</w:t>
            </w:r>
          </w:p>
        </w:tc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0D3A3A" w14:textId="77777777" w:rsidR="003B5189" w:rsidRDefault="003B5189">
            <w:pPr>
              <w:spacing w:after="0"/>
            </w:pPr>
          </w:p>
        </w:tc>
      </w:tr>
      <w:tr w:rsidR="003B5189" w14:paraId="5FCA4A58" w14:textId="77777777">
        <w:trPr>
          <w:trHeight w:val="350"/>
          <w:jc w:val="center"/>
        </w:trPr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9D1764" w14:textId="77777777" w:rsidR="003B5189" w:rsidRDefault="0023264D">
            <w:pPr>
              <w:spacing w:after="0"/>
            </w:pPr>
            <w:r>
              <w:rPr>
                <w:b/>
                <w:sz w:val="17"/>
              </w:rPr>
              <w:t>Delen binnen ons team</w:t>
            </w:r>
          </w:p>
        </w:tc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97349D" w14:textId="77777777" w:rsidR="003B5189" w:rsidRDefault="0023264D">
            <w:pPr>
              <w:spacing w:after="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Ja     ☐ Nee</w:t>
            </w:r>
          </w:p>
        </w:tc>
      </w:tr>
      <w:tr w:rsidR="003B5189" w14:paraId="705272ED" w14:textId="77777777">
        <w:trPr>
          <w:trHeight w:val="350"/>
          <w:jc w:val="center"/>
        </w:trPr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2ED9B" w14:textId="77777777" w:rsidR="003B5189" w:rsidRDefault="0023264D">
            <w:pPr>
              <w:spacing w:after="0"/>
            </w:pPr>
            <w:r>
              <w:rPr>
                <w:b/>
                <w:sz w:val="17"/>
              </w:rPr>
              <w:t>Mogen wij contact opnemen?</w:t>
            </w:r>
          </w:p>
        </w:tc>
        <w:tc>
          <w:tcPr>
            <w:tcW w:w="5298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B232C5" w14:textId="77777777" w:rsidR="003B5189" w:rsidRDefault="0023264D">
            <w:pPr>
              <w:spacing w:after="0"/>
            </w:pPr>
            <w:r>
              <w:rPr>
                <w:sz w:val="18"/>
              </w:rPr>
              <w:t>☐</w:t>
            </w:r>
            <w:r>
              <w:rPr>
                <w:sz w:val="18"/>
              </w:rPr>
              <w:t xml:space="preserve"> Ja     ☐ Nee, dat is niet nodig</w:t>
            </w:r>
          </w:p>
        </w:tc>
      </w:tr>
    </w:tbl>
    <w:p w14:paraId="260FD341" w14:textId="77777777" w:rsidR="003B5189" w:rsidRDefault="003B5189">
      <w:pPr>
        <w:spacing w:after="0" w:line="84" w:lineRule="auto"/>
      </w:pPr>
    </w:p>
    <w:p w14:paraId="4828207B" w14:textId="77777777" w:rsidR="003B5189" w:rsidRDefault="0023264D">
      <w:pPr>
        <w:spacing w:before="40" w:after="40"/>
      </w:pPr>
      <w:r>
        <w:rPr>
          <w:b/>
        </w:rPr>
        <w:t>Wat wilt u ons graag meegeven?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80"/>
      </w:tblGrid>
      <w:tr w:rsidR="003B5189" w14:paraId="420FC5B0" w14:textId="77777777">
        <w:trPr>
          <w:trHeight w:val="2324"/>
          <w:jc w:val="center"/>
        </w:trPr>
        <w:tc>
          <w:tcPr>
            <w:tcW w:w="10596" w:type="dxa"/>
            <w:tcBorders>
              <w:top w:val="single" w:sz="6" w:space="0" w:color="A9D4D5"/>
              <w:left w:val="single" w:sz="6" w:space="0" w:color="A9D4D5"/>
              <w:bottom w:val="single" w:sz="6" w:space="0" w:color="A9D4D5"/>
              <w:right w:val="single" w:sz="6" w:space="0" w:color="A9D4D5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72ED8B" w14:textId="77777777" w:rsidR="003B5189" w:rsidRDefault="003B5189"/>
        </w:tc>
      </w:tr>
    </w:tbl>
    <w:p w14:paraId="721FC2C2" w14:textId="77777777" w:rsidR="003B5189" w:rsidRDefault="0023264D">
      <w:pPr>
        <w:spacing w:before="60" w:after="0"/>
      </w:pPr>
      <w:r>
        <w:rPr>
          <w:b/>
          <w:color w:val="078F95"/>
          <w:sz w:val="18"/>
        </w:rPr>
        <w:t>Dank u wel voor uw compliment. Het helpt ons om te blijven doen wat goed gaat.</w:t>
      </w:r>
    </w:p>
    <w:sectPr w:rsidR="003B5189" w:rsidSect="00034616">
      <w:footerReference w:type="default" r:id="rId12"/>
      <w:pgSz w:w="12240" w:h="15840"/>
      <w:pgMar w:top="510" w:right="822" w:bottom="510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164A3" w14:textId="77777777" w:rsidR="0023264D" w:rsidRDefault="0023264D">
      <w:pPr>
        <w:spacing w:after="0" w:line="240" w:lineRule="auto"/>
      </w:pPr>
      <w:r>
        <w:separator/>
      </w:r>
    </w:p>
  </w:endnote>
  <w:endnote w:type="continuationSeparator" w:id="0">
    <w:p w14:paraId="4C9C4515" w14:textId="77777777" w:rsidR="0023264D" w:rsidRDefault="00232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37E65" w14:textId="77777777" w:rsidR="003B5189" w:rsidRDefault="0023264D">
    <w:pPr>
      <w:pStyle w:val="Voettekst"/>
      <w:jc w:val="center"/>
    </w:pPr>
    <w:proofErr w:type="spellStart"/>
    <w:r>
      <w:rPr>
        <w:color w:val="6F7F85"/>
        <w:sz w:val="15"/>
      </w:rPr>
      <w:t>Huisartsenpraktijk</w:t>
    </w:r>
    <w:proofErr w:type="spellEnd"/>
    <w:r>
      <w:rPr>
        <w:color w:val="6F7F85"/>
        <w:sz w:val="15"/>
      </w:rPr>
      <w:t xml:space="preserve"> </w:t>
    </w:r>
    <w:proofErr w:type="gramStart"/>
    <w:r>
      <w:rPr>
        <w:color w:val="6F7F85"/>
        <w:sz w:val="15"/>
      </w:rPr>
      <w:t>Raaijmakers  |</w:t>
    </w:r>
    <w:proofErr w:type="gramEnd"/>
    <w:r>
      <w:rPr>
        <w:color w:val="6F7F85"/>
        <w:sz w:val="15"/>
      </w:rPr>
      <w:t xml:space="preserve">  0416 - 287 </w:t>
    </w:r>
    <w:proofErr w:type="gramStart"/>
    <w:r>
      <w:rPr>
        <w:color w:val="6F7F85"/>
        <w:sz w:val="15"/>
      </w:rPr>
      <w:t>274  |</w:t>
    </w:r>
    <w:proofErr w:type="gramEnd"/>
    <w:r>
      <w:rPr>
        <w:color w:val="6F7F85"/>
        <w:sz w:val="15"/>
      </w:rPr>
      <w:t xml:space="preserve">  huisartsenpraktijkraaijmakers.nl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62A27" w14:textId="77777777" w:rsidR="0023264D" w:rsidRDefault="0023264D">
      <w:pPr>
        <w:spacing w:after="0" w:line="240" w:lineRule="auto"/>
      </w:pPr>
      <w:r>
        <w:separator/>
      </w:r>
    </w:p>
  </w:footnote>
  <w:footnote w:type="continuationSeparator" w:id="0">
    <w:p w14:paraId="6A384808" w14:textId="77777777" w:rsidR="0023264D" w:rsidRDefault="002326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8696086">
    <w:abstractNumId w:val="8"/>
  </w:num>
  <w:num w:numId="2" w16cid:durableId="563182769">
    <w:abstractNumId w:val="6"/>
  </w:num>
  <w:num w:numId="3" w16cid:durableId="249236659">
    <w:abstractNumId w:val="5"/>
  </w:num>
  <w:num w:numId="4" w16cid:durableId="928544650">
    <w:abstractNumId w:val="4"/>
  </w:num>
  <w:num w:numId="5" w16cid:durableId="1740322713">
    <w:abstractNumId w:val="7"/>
  </w:num>
  <w:num w:numId="6" w16cid:durableId="1851023387">
    <w:abstractNumId w:val="3"/>
  </w:num>
  <w:num w:numId="7" w16cid:durableId="1604798295">
    <w:abstractNumId w:val="2"/>
  </w:num>
  <w:num w:numId="8" w16cid:durableId="2006660341">
    <w:abstractNumId w:val="1"/>
  </w:num>
  <w:num w:numId="9" w16cid:durableId="1800955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29C"/>
    <w:rsid w:val="0023264D"/>
    <w:rsid w:val="0029639D"/>
    <w:rsid w:val="00326F90"/>
    <w:rsid w:val="003A3404"/>
    <w:rsid w:val="003B518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8792C1"/>
  <w14:defaultImageDpi w14:val="300"/>
  <w15:docId w15:val="{47C4C9AB-A5D2-4FE3-B5B6-C5CA630D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ptos" w:hAnsi="Aptos"/>
      <w:color w:val="173D4A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B2AB25465F5449500B9DB3C5CBD6C" ma:contentTypeVersion="10" ma:contentTypeDescription="Een nieuw document maken." ma:contentTypeScope="" ma:versionID="9ac2c7d8b49d898717c0e7db5ad3178d">
  <xsd:schema xmlns:xsd="http://www.w3.org/2001/XMLSchema" xmlns:xs="http://www.w3.org/2001/XMLSchema" xmlns:p="http://schemas.microsoft.com/office/2006/metadata/properties" xmlns:ns2="59291253-48c8-48ff-831e-6e53c6c29232" xmlns:ns3="ab738095-e8c6-412b-af6a-4c5f505ad1b6" targetNamespace="http://schemas.microsoft.com/office/2006/metadata/properties" ma:root="true" ma:fieldsID="3f91f936b0d2a6034979afa70fb58b23" ns2:_="" ns3:_="">
    <xsd:import namespace="59291253-48c8-48ff-831e-6e53c6c29232"/>
    <xsd:import namespace="ab738095-e8c6-412b-af6a-4c5f505ad1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91253-48c8-48ff-831e-6e53c6c29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7adadc8-7bdd-4eef-9e70-bbd80ffff2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38095-e8c6-412b-af6a-4c5f505ad1b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e1e5cdb-c325-4b83-802f-67756704bf53}" ma:internalName="TaxCatchAll" ma:showField="CatchAllData" ma:web="ab738095-e8c6-412b-af6a-4c5f505ad1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291253-48c8-48ff-831e-6e53c6c29232">
      <Terms xmlns="http://schemas.microsoft.com/office/infopath/2007/PartnerControls"/>
    </lcf76f155ced4ddcb4097134ff3c332f>
    <TaxCatchAll xmlns="ab738095-e8c6-412b-af6a-4c5f505ad1b6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F08948-D5DA-4F01-AE3F-4D435090F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291253-48c8-48ff-831e-6e53c6c29232"/>
    <ds:schemaRef ds:uri="ab738095-e8c6-412b-af6a-4c5f505ad1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76B363-EF8D-4847-BF22-E91568A039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2703F2-0675-4690-9CF1-8B664233636B}">
  <ds:schemaRefs>
    <ds:schemaRef ds:uri="http://schemas.microsoft.com/office/2006/metadata/properties"/>
    <ds:schemaRef ds:uri="http://schemas.microsoft.com/office/infopath/2007/PartnerControls"/>
    <ds:schemaRef ds:uri="59291253-48c8-48ff-831e-6e53c6c29232"/>
    <ds:schemaRef ds:uri="ab738095-e8c6-412b-af6a-4c5f505ad1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Esther Sormani</cp:lastModifiedBy>
  <cp:revision>2</cp:revision>
  <dcterms:created xsi:type="dcterms:W3CDTF">2026-10-11T10:31:00Z</dcterms:created>
  <dcterms:modified xsi:type="dcterms:W3CDTF">2026-10-11T10:31:00Z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0x0101001C2B2AB25465F5449500B9DB3C5CBD6C</vt:lpwstr>
  </property>
</Properties>
</file>