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1C54E" w14:textId="77777777" w:rsidR="00C869D4" w:rsidRPr="004E7413" w:rsidRDefault="007C5501">
      <w:pPr>
        <w:spacing w:after="40"/>
        <w:rPr>
          <w:lang w:val="nl-NL"/>
        </w:rPr>
      </w:pPr>
      <w:r w:rsidRPr="004E7413">
        <w:rPr>
          <w:b/>
          <w:color w:val="008C95"/>
          <w:sz w:val="36"/>
          <w:lang w:val="nl-NL"/>
        </w:rPr>
        <w:t>KLACHTENFORMULIER</w:t>
      </w:r>
    </w:p>
    <w:p w14:paraId="47AAF9D5" w14:textId="77777777" w:rsidR="00C869D4" w:rsidRPr="004E7413" w:rsidRDefault="007C5501">
      <w:pPr>
        <w:spacing w:after="160"/>
        <w:rPr>
          <w:lang w:val="nl-NL"/>
        </w:rPr>
      </w:pPr>
      <w:r w:rsidRPr="004E7413">
        <w:rPr>
          <w:b/>
          <w:sz w:val="21"/>
          <w:lang w:val="nl-NL"/>
        </w:rPr>
        <w:t>Uw ervaring helpt ons om onze zorg en organisatie te verbeteren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C869D4" w:rsidRPr="004E7413" w14:paraId="656A0ADC" w14:textId="77777777">
        <w:trPr>
          <w:jc w:val="center"/>
        </w:trPr>
        <w:tc>
          <w:tcPr>
            <w:tcW w:w="10482" w:type="dxa"/>
            <w:tcBorders>
              <w:top w:val="single" w:sz="8" w:space="0" w:color="B7D7D8"/>
              <w:left w:val="single" w:sz="8" w:space="0" w:color="B7D7D8"/>
              <w:bottom w:val="single" w:sz="8" w:space="0" w:color="B7D7D8"/>
              <w:right w:val="single" w:sz="8" w:space="0" w:color="B7D7D8"/>
            </w:tcBorders>
            <w:shd w:val="clear" w:color="auto" w:fill="EAF6F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53F3893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sz w:val="18"/>
                <w:lang w:val="nl-NL"/>
              </w:rPr>
              <w:t>Bent u niet tevreden over onze zorg of dienstverlening? Laat het ons weten. Wij bespreken uw klacht graag met u en zoeken samen naar een oplossing. U kunt dit formulier invullen en bij de balie inleveren. U kunt uw klacht ook via MijnGezondheid.net sturen met als onderwerp KLACHT.</w:t>
            </w:r>
          </w:p>
        </w:tc>
      </w:tr>
    </w:tbl>
    <w:p w14:paraId="302F8140" w14:textId="77777777" w:rsidR="00C869D4" w:rsidRPr="004E7413" w:rsidRDefault="00C869D4">
      <w:pPr>
        <w:spacing w:after="0"/>
        <w:rPr>
          <w:lang w:val="nl-N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021"/>
        <w:gridCol w:w="6066"/>
        <w:gridCol w:w="447"/>
      </w:tblGrid>
      <w:tr w:rsidR="00C869D4" w:rsidRPr="004E7413" w14:paraId="6A8CDC4C" w14:textId="77777777">
        <w:trPr>
          <w:jc w:val="center"/>
        </w:trPr>
        <w:tc>
          <w:tcPr>
            <w:tcW w:w="104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8C9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97E3A3C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color w:val="FFFFFF"/>
                <w:sz w:val="21"/>
                <w:lang w:val="nl-NL"/>
              </w:rPr>
              <w:t>1. Uw gegevens (degene die de klacht indient)</w:t>
            </w:r>
          </w:p>
        </w:tc>
      </w:tr>
      <w:tr w:rsidR="00C869D4" w14:paraId="6BBE5FB0" w14:textId="77777777">
        <w:trPr>
          <w:gridAfter w:val="1"/>
          <w:wAfter w:w="427" w:type="dxa"/>
          <w:jc w:val="center"/>
        </w:trPr>
        <w:tc>
          <w:tcPr>
            <w:tcW w:w="2948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EC3AE8" w14:textId="77777777" w:rsidR="00C869D4" w:rsidRDefault="007C5501">
            <w:r>
              <w:rPr>
                <w:b/>
                <w:sz w:val="18"/>
              </w:rPr>
              <w:t>Naam</w:t>
            </w:r>
          </w:p>
        </w:tc>
        <w:tc>
          <w:tcPr>
            <w:tcW w:w="708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9CB451" w14:textId="77777777" w:rsidR="00C869D4" w:rsidRDefault="007C5501">
            <w:r>
              <w:t xml:space="preserve"> </w:t>
            </w:r>
          </w:p>
        </w:tc>
      </w:tr>
      <w:tr w:rsidR="00C869D4" w14:paraId="42AE8D8B" w14:textId="77777777">
        <w:trPr>
          <w:gridAfter w:val="1"/>
          <w:wAfter w:w="427" w:type="dxa"/>
          <w:jc w:val="center"/>
        </w:trPr>
        <w:tc>
          <w:tcPr>
            <w:tcW w:w="2948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69E218" w14:textId="77777777" w:rsidR="00C869D4" w:rsidRDefault="007C5501">
            <w:r>
              <w:rPr>
                <w:b/>
                <w:sz w:val="18"/>
              </w:rPr>
              <w:t>Adres</w:t>
            </w:r>
          </w:p>
        </w:tc>
        <w:tc>
          <w:tcPr>
            <w:tcW w:w="708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6136FA2" w14:textId="77777777" w:rsidR="00C869D4" w:rsidRDefault="007C5501">
            <w:r>
              <w:t xml:space="preserve"> </w:t>
            </w:r>
          </w:p>
        </w:tc>
      </w:tr>
      <w:tr w:rsidR="00C869D4" w14:paraId="6EC82548" w14:textId="77777777">
        <w:trPr>
          <w:gridAfter w:val="1"/>
          <w:wAfter w:w="427" w:type="dxa"/>
          <w:jc w:val="center"/>
        </w:trPr>
        <w:tc>
          <w:tcPr>
            <w:tcW w:w="2948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78DDD2" w14:textId="77777777" w:rsidR="00C869D4" w:rsidRDefault="007C5501">
            <w:r>
              <w:rPr>
                <w:b/>
                <w:sz w:val="18"/>
              </w:rPr>
              <w:t>Postcode en woonplaats</w:t>
            </w:r>
          </w:p>
        </w:tc>
        <w:tc>
          <w:tcPr>
            <w:tcW w:w="708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E29056" w14:textId="77777777" w:rsidR="00C869D4" w:rsidRDefault="007C5501">
            <w:r>
              <w:t xml:space="preserve"> </w:t>
            </w:r>
          </w:p>
        </w:tc>
      </w:tr>
      <w:tr w:rsidR="00C869D4" w14:paraId="37E8F660" w14:textId="77777777">
        <w:trPr>
          <w:gridAfter w:val="1"/>
          <w:wAfter w:w="427" w:type="dxa"/>
          <w:jc w:val="center"/>
        </w:trPr>
        <w:tc>
          <w:tcPr>
            <w:tcW w:w="2948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F4B2688" w14:textId="77777777" w:rsidR="00C869D4" w:rsidRDefault="007C5501">
            <w:r>
              <w:rPr>
                <w:b/>
                <w:sz w:val="18"/>
              </w:rPr>
              <w:t>Telefoonnummer</w:t>
            </w:r>
          </w:p>
        </w:tc>
        <w:tc>
          <w:tcPr>
            <w:tcW w:w="708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111EE1F" w14:textId="77777777" w:rsidR="00C869D4" w:rsidRDefault="007C5501">
            <w:r>
              <w:t xml:space="preserve"> </w:t>
            </w:r>
          </w:p>
        </w:tc>
      </w:tr>
      <w:tr w:rsidR="00C869D4" w14:paraId="61B5A8B4" w14:textId="77777777">
        <w:trPr>
          <w:gridAfter w:val="1"/>
          <w:wAfter w:w="427" w:type="dxa"/>
          <w:jc w:val="center"/>
        </w:trPr>
        <w:tc>
          <w:tcPr>
            <w:tcW w:w="2948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4095EA" w14:textId="77777777" w:rsidR="00C869D4" w:rsidRDefault="007C5501">
            <w:r>
              <w:rPr>
                <w:b/>
                <w:sz w:val="18"/>
              </w:rPr>
              <w:t>E-mailadres</w:t>
            </w:r>
          </w:p>
        </w:tc>
        <w:tc>
          <w:tcPr>
            <w:tcW w:w="708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C4386D" w14:textId="77777777" w:rsidR="00C869D4" w:rsidRDefault="007C5501">
            <w:r>
              <w:t xml:space="preserve"> </w:t>
            </w:r>
          </w:p>
        </w:tc>
      </w:tr>
      <w:tr w:rsidR="00C869D4" w:rsidRPr="004E7413" w14:paraId="1879E4B6" w14:textId="77777777">
        <w:trPr>
          <w:gridAfter w:val="1"/>
          <w:wAfter w:w="427" w:type="dxa"/>
          <w:jc w:val="center"/>
        </w:trPr>
        <w:tc>
          <w:tcPr>
            <w:tcW w:w="2948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15EC04" w14:textId="77777777" w:rsidR="00C869D4" w:rsidRDefault="007C5501">
            <w:r>
              <w:rPr>
                <w:b/>
                <w:sz w:val="18"/>
              </w:rPr>
              <w:t>Voorkeur contact</w:t>
            </w:r>
          </w:p>
        </w:tc>
        <w:tc>
          <w:tcPr>
            <w:tcW w:w="708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0C1B24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sz w:val="18"/>
                <w:lang w:val="nl-NL"/>
              </w:rPr>
              <w:t>☐</w:t>
            </w:r>
            <w:r w:rsidRPr="004E7413">
              <w:rPr>
                <w:sz w:val="18"/>
                <w:lang w:val="nl-NL"/>
              </w:rPr>
              <w:t xml:space="preserve"> telefoon   ☐ MGN   ☐ e-mail   ☐ schriftelijk</w:t>
            </w:r>
          </w:p>
        </w:tc>
      </w:tr>
      <w:tr w:rsidR="00C869D4" w:rsidRPr="004E7413" w14:paraId="37FD7986" w14:textId="77777777">
        <w:trPr>
          <w:jc w:val="center"/>
        </w:trPr>
        <w:tc>
          <w:tcPr>
            <w:tcW w:w="104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8C9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747C92D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color w:val="FFFFFF"/>
                <w:sz w:val="21"/>
                <w:lang w:val="nl-NL"/>
              </w:rPr>
              <w:t>2. Gegevens van de patiënt (alleen invullen als u namens iemand anders klaagt)</w:t>
            </w:r>
          </w:p>
        </w:tc>
      </w:tr>
      <w:tr w:rsidR="00C869D4" w14:paraId="3D99AD05" w14:textId="77777777">
        <w:trPr>
          <w:gridAfter w:val="1"/>
          <w:wAfter w:w="427" w:type="dxa"/>
          <w:jc w:val="center"/>
        </w:trPr>
        <w:tc>
          <w:tcPr>
            <w:tcW w:w="3969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2BC9AC" w14:textId="77777777" w:rsidR="00C869D4" w:rsidRDefault="007C5501">
            <w:r>
              <w:rPr>
                <w:b/>
                <w:sz w:val="18"/>
              </w:rPr>
              <w:t xml:space="preserve">Naam </w:t>
            </w:r>
            <w:proofErr w:type="spellStart"/>
            <w:r>
              <w:rPr>
                <w:b/>
                <w:sz w:val="18"/>
              </w:rPr>
              <w:t>patiënt</w:t>
            </w:r>
            <w:proofErr w:type="spellEnd"/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E4839B" w14:textId="77777777" w:rsidR="00C869D4" w:rsidRDefault="007C5501">
            <w:r>
              <w:t xml:space="preserve"> </w:t>
            </w:r>
          </w:p>
        </w:tc>
      </w:tr>
      <w:tr w:rsidR="00C869D4" w14:paraId="42A91869" w14:textId="77777777">
        <w:trPr>
          <w:gridAfter w:val="1"/>
          <w:wAfter w:w="427" w:type="dxa"/>
          <w:jc w:val="center"/>
        </w:trPr>
        <w:tc>
          <w:tcPr>
            <w:tcW w:w="3969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8F7F3E" w14:textId="77777777" w:rsidR="00C869D4" w:rsidRDefault="007C5501">
            <w:r>
              <w:rPr>
                <w:b/>
                <w:sz w:val="18"/>
              </w:rPr>
              <w:t>Geboortedatum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B1152FA" w14:textId="77777777" w:rsidR="00C869D4" w:rsidRDefault="007C5501">
            <w:r>
              <w:t xml:space="preserve"> </w:t>
            </w:r>
          </w:p>
        </w:tc>
      </w:tr>
      <w:tr w:rsidR="00C869D4" w:rsidRPr="004E7413" w14:paraId="42A862E5" w14:textId="77777777">
        <w:trPr>
          <w:gridAfter w:val="1"/>
          <w:wAfter w:w="427" w:type="dxa"/>
          <w:jc w:val="center"/>
        </w:trPr>
        <w:tc>
          <w:tcPr>
            <w:tcW w:w="3969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C1A5AF2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sz w:val="18"/>
                <w:lang w:val="nl-NL"/>
              </w:rPr>
              <w:t>Uw relatie tot de patiënt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A1FD7D8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C869D4" w14:paraId="30AABE52" w14:textId="77777777">
        <w:trPr>
          <w:gridAfter w:val="1"/>
          <w:wAfter w:w="427" w:type="dxa"/>
          <w:jc w:val="center"/>
        </w:trPr>
        <w:tc>
          <w:tcPr>
            <w:tcW w:w="3969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0E6B478" w14:textId="77777777" w:rsidR="00C869D4" w:rsidRDefault="007C5501">
            <w:r>
              <w:rPr>
                <w:b/>
                <w:sz w:val="18"/>
              </w:rPr>
              <w:t xml:space="preserve">Bent u </w:t>
            </w:r>
            <w:proofErr w:type="spellStart"/>
            <w:r>
              <w:rPr>
                <w:b/>
                <w:sz w:val="18"/>
              </w:rPr>
              <w:t>wettelijk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vertegenwoordiger</w:t>
            </w:r>
            <w:proofErr w:type="spellEnd"/>
            <w:r>
              <w:rPr>
                <w:b/>
                <w:sz w:val="18"/>
              </w:rPr>
              <w:t>?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A65229" w14:textId="77777777" w:rsidR="00C869D4" w:rsidRDefault="007C550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ja   ☐ nee</w:t>
            </w:r>
          </w:p>
        </w:tc>
      </w:tr>
      <w:tr w:rsidR="00C869D4" w14:paraId="2EDA7B17" w14:textId="77777777">
        <w:trPr>
          <w:gridAfter w:val="1"/>
          <w:wAfter w:w="427" w:type="dxa"/>
          <w:jc w:val="center"/>
        </w:trPr>
        <w:tc>
          <w:tcPr>
            <w:tcW w:w="3969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5417F2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sz w:val="18"/>
                <w:lang w:val="nl-NL"/>
              </w:rPr>
              <w:t>Toestemming patiënt voor behandeling van de klacht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22775AF" w14:textId="77777777" w:rsidR="00C869D4" w:rsidRDefault="007C550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ja   ☐ </w:t>
            </w:r>
            <w:proofErr w:type="spellStart"/>
            <w:r>
              <w:rPr>
                <w:sz w:val="18"/>
              </w:rPr>
              <w:t>niet</w:t>
            </w:r>
            <w:proofErr w:type="spellEnd"/>
            <w:r>
              <w:rPr>
                <w:sz w:val="18"/>
              </w:rPr>
              <w:t xml:space="preserve"> van toepassing</w:t>
            </w:r>
          </w:p>
        </w:tc>
      </w:tr>
    </w:tbl>
    <w:p w14:paraId="0EB0E3E5" w14:textId="77777777" w:rsidR="00C869D4" w:rsidRPr="004E7413" w:rsidRDefault="007C5501">
      <w:pPr>
        <w:pStyle w:val="SmallNote"/>
        <w:rPr>
          <w:lang w:val="nl-NL"/>
        </w:rPr>
      </w:pPr>
      <w:r w:rsidRPr="004E7413">
        <w:rPr>
          <w:sz w:val="15"/>
          <w:lang w:val="nl-NL"/>
        </w:rPr>
        <w:t>Als u namens een andere volwassen patiënt klaagt, kunnen wij u om een schriftelijke machtiging vragen voordat wij medische informatie over de klacht met u bespreken.</w:t>
      </w:r>
    </w:p>
    <w:p w14:paraId="3323870F" w14:textId="77777777" w:rsidR="00C869D4" w:rsidRPr="004E7413" w:rsidRDefault="007C5501">
      <w:pPr>
        <w:rPr>
          <w:lang w:val="nl-NL"/>
        </w:rPr>
      </w:pPr>
      <w:r w:rsidRPr="004E7413">
        <w:rPr>
          <w:lang w:val="nl-NL"/>
        </w:rPr>
        <w:br w:type="page"/>
      </w:r>
    </w:p>
    <w:p w14:paraId="75010D22" w14:textId="77777777" w:rsidR="00C869D4" w:rsidRPr="004E7413" w:rsidRDefault="007C5501">
      <w:pPr>
        <w:spacing w:after="40"/>
        <w:rPr>
          <w:lang w:val="nl-NL"/>
        </w:rPr>
      </w:pPr>
      <w:r w:rsidRPr="004E7413">
        <w:rPr>
          <w:b/>
          <w:color w:val="008C95"/>
          <w:sz w:val="36"/>
          <w:lang w:val="nl-NL"/>
        </w:rPr>
        <w:lastRenderedPageBreak/>
        <w:t>UW KLACHT</w:t>
      </w:r>
    </w:p>
    <w:p w14:paraId="4461C484" w14:textId="77777777" w:rsidR="00C869D4" w:rsidRPr="004E7413" w:rsidRDefault="007C5501">
      <w:pPr>
        <w:spacing w:after="160"/>
        <w:rPr>
          <w:lang w:val="nl-NL"/>
        </w:rPr>
      </w:pPr>
      <w:r w:rsidRPr="004E7413">
        <w:rPr>
          <w:b/>
          <w:sz w:val="21"/>
          <w:lang w:val="nl-NL"/>
        </w:rPr>
        <w:t>Vertel ons wat er is gebeurd en wat u nodig heeft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6066"/>
        <w:gridCol w:w="447"/>
      </w:tblGrid>
      <w:tr w:rsidR="00C869D4" w14:paraId="6970D242" w14:textId="77777777">
        <w:trPr>
          <w:jc w:val="center"/>
        </w:trPr>
        <w:tc>
          <w:tcPr>
            <w:tcW w:w="104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8C9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75BCDCD5" w14:textId="77777777" w:rsidR="00C869D4" w:rsidRDefault="007C5501">
            <w:r>
              <w:rPr>
                <w:b/>
                <w:color w:val="FFFFFF"/>
                <w:sz w:val="21"/>
              </w:rPr>
              <w:t>3. Over de klacht</w:t>
            </w:r>
          </w:p>
        </w:tc>
      </w:tr>
      <w:tr w:rsidR="00C869D4" w14:paraId="4F729B1D" w14:textId="77777777">
        <w:trPr>
          <w:gridAfter w:val="1"/>
          <w:wAfter w:w="427" w:type="dxa"/>
          <w:jc w:val="center"/>
        </w:trPr>
        <w:tc>
          <w:tcPr>
            <w:tcW w:w="3969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3F29FC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sz w:val="18"/>
                <w:lang w:val="nl-NL"/>
              </w:rPr>
              <w:t>Op welke praktijk heeft de klacht betrekking?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3A73A1" w14:textId="77777777" w:rsidR="00C869D4" w:rsidRDefault="007C550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Raadhuisplein</w:t>
            </w:r>
            <w:proofErr w:type="spellEnd"/>
            <w:r>
              <w:rPr>
                <w:sz w:val="18"/>
              </w:rPr>
              <w:t xml:space="preserve">   ☐ </w:t>
            </w:r>
            <w:proofErr w:type="spellStart"/>
            <w:r>
              <w:rPr>
                <w:sz w:val="18"/>
              </w:rPr>
              <w:t>Koetshuislaan</w:t>
            </w:r>
            <w:proofErr w:type="spellEnd"/>
            <w:r>
              <w:rPr>
                <w:sz w:val="18"/>
              </w:rPr>
              <w:t xml:space="preserve">   ☐ beide</w:t>
            </w:r>
          </w:p>
        </w:tc>
      </w:tr>
      <w:tr w:rsidR="00C869D4" w14:paraId="40A8DAE8" w14:textId="77777777">
        <w:trPr>
          <w:gridAfter w:val="1"/>
          <w:wAfter w:w="427" w:type="dxa"/>
          <w:jc w:val="center"/>
        </w:trPr>
        <w:tc>
          <w:tcPr>
            <w:tcW w:w="3969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AB58724" w14:textId="77777777" w:rsidR="00C869D4" w:rsidRDefault="007C5501">
            <w:r>
              <w:rPr>
                <w:b/>
                <w:sz w:val="18"/>
              </w:rPr>
              <w:t>Datum gebeurtenis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0E6797" w14:textId="77777777" w:rsidR="00C869D4" w:rsidRDefault="007C5501">
            <w:r>
              <w:t xml:space="preserve"> </w:t>
            </w:r>
          </w:p>
        </w:tc>
      </w:tr>
      <w:tr w:rsidR="00C869D4" w14:paraId="5BB5AAE1" w14:textId="77777777">
        <w:trPr>
          <w:gridAfter w:val="1"/>
          <w:wAfter w:w="427" w:type="dxa"/>
          <w:jc w:val="center"/>
        </w:trPr>
        <w:tc>
          <w:tcPr>
            <w:tcW w:w="3969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E2C1F6" w14:textId="77777777" w:rsidR="00C869D4" w:rsidRDefault="007C5501">
            <w:r>
              <w:rPr>
                <w:b/>
                <w:sz w:val="18"/>
              </w:rPr>
              <w:t>Tijdstip (indien bekend)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37BF61" w14:textId="77777777" w:rsidR="00C869D4" w:rsidRDefault="007C5501">
            <w:r>
              <w:t xml:space="preserve"> </w:t>
            </w:r>
          </w:p>
        </w:tc>
      </w:tr>
      <w:tr w:rsidR="00C869D4" w:rsidRPr="004E7413" w14:paraId="28C00063" w14:textId="77777777">
        <w:trPr>
          <w:gridAfter w:val="1"/>
          <w:wAfter w:w="427" w:type="dxa"/>
          <w:jc w:val="center"/>
        </w:trPr>
        <w:tc>
          <w:tcPr>
            <w:tcW w:w="3969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694DE2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sz w:val="18"/>
                <w:lang w:val="nl-NL"/>
              </w:rPr>
              <w:t xml:space="preserve">Naam </w:t>
            </w:r>
            <w:proofErr w:type="gramStart"/>
            <w:r w:rsidRPr="004E7413">
              <w:rPr>
                <w:b/>
                <w:sz w:val="18"/>
                <w:lang w:val="nl-NL"/>
              </w:rPr>
              <w:t>zorgverlener /</w:t>
            </w:r>
            <w:proofErr w:type="gramEnd"/>
            <w:r w:rsidRPr="004E7413">
              <w:rPr>
                <w:b/>
                <w:sz w:val="18"/>
                <w:lang w:val="nl-NL"/>
              </w:rPr>
              <w:t xml:space="preserve"> medewerker (indien bekend)</w:t>
            </w:r>
          </w:p>
        </w:tc>
        <w:tc>
          <w:tcPr>
            <w:tcW w:w="6066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DDB044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</w:tbl>
    <w:p w14:paraId="21631505" w14:textId="77777777" w:rsidR="004E7413" w:rsidRDefault="004E7413">
      <w:pPr>
        <w:rPr>
          <w:b/>
          <w:sz w:val="18"/>
          <w:lang w:val="nl-NL"/>
        </w:rPr>
      </w:pPr>
    </w:p>
    <w:p w14:paraId="68DBAE14" w14:textId="01652C59" w:rsidR="00C869D4" w:rsidRPr="004E7413" w:rsidRDefault="007C5501">
      <w:pPr>
        <w:rPr>
          <w:lang w:val="nl-NL"/>
        </w:rPr>
      </w:pPr>
      <w:r w:rsidRPr="004E7413">
        <w:rPr>
          <w:b/>
          <w:sz w:val="18"/>
          <w:lang w:val="nl-NL"/>
        </w:rPr>
        <w:t>De klacht gaat over (meerdere keuzes mogelijk):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7"/>
        <w:gridCol w:w="5017"/>
        <w:gridCol w:w="448"/>
      </w:tblGrid>
      <w:tr w:rsidR="00C869D4" w14:paraId="46BF65F6" w14:textId="77777777">
        <w:trPr>
          <w:gridAfter w:val="1"/>
          <w:wAfter w:w="398" w:type="dxa"/>
          <w:jc w:val="center"/>
        </w:trPr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EB2267B" w14:textId="77777777" w:rsidR="00C869D4" w:rsidRDefault="007C5501">
            <w:proofErr w:type="gramStart"/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medisch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handelen</w:t>
            </w:r>
            <w:proofErr w:type="spellEnd"/>
            <w:r>
              <w:rPr>
                <w:sz w:val="18"/>
              </w:rPr>
              <w:t xml:space="preserve"> of behandeling</w:t>
            </w:r>
          </w:p>
        </w:tc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37B2822" w14:textId="77777777" w:rsidR="00C869D4" w:rsidRDefault="007C550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bejegening / communicatie</w:t>
            </w:r>
          </w:p>
        </w:tc>
      </w:tr>
      <w:tr w:rsidR="00C869D4" w14:paraId="57474FCF" w14:textId="77777777">
        <w:trPr>
          <w:gridAfter w:val="1"/>
          <w:wAfter w:w="398" w:type="dxa"/>
          <w:jc w:val="center"/>
        </w:trPr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7B75E64" w14:textId="77777777" w:rsidR="00C869D4" w:rsidRDefault="007C550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bereikbaarheid of wachttijd</w:t>
            </w:r>
          </w:p>
        </w:tc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0ACFBDF" w14:textId="77777777" w:rsidR="00C869D4" w:rsidRDefault="007C550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organisatie of werkwijze</w:t>
            </w:r>
          </w:p>
        </w:tc>
      </w:tr>
      <w:tr w:rsidR="00C869D4" w14:paraId="5F601D53" w14:textId="77777777">
        <w:trPr>
          <w:gridAfter w:val="1"/>
          <w:wAfter w:w="398" w:type="dxa"/>
          <w:jc w:val="center"/>
        </w:trPr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5CDA212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sz w:val="18"/>
                <w:lang w:val="nl-NL"/>
              </w:rPr>
              <w:t>☐</w:t>
            </w:r>
            <w:r w:rsidRPr="004E7413">
              <w:rPr>
                <w:sz w:val="18"/>
                <w:lang w:val="nl-NL"/>
              </w:rPr>
              <w:t xml:space="preserve">  medicatie, recept, uitslag of verwijzing</w:t>
            </w:r>
          </w:p>
        </w:tc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CCF7FA2" w14:textId="77777777" w:rsidR="00C869D4" w:rsidRDefault="007C5501">
            <w:proofErr w:type="gramStart"/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privacy</w:t>
            </w:r>
            <w:proofErr w:type="gram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medische</w:t>
            </w:r>
            <w:proofErr w:type="spellEnd"/>
            <w:r>
              <w:rPr>
                <w:sz w:val="18"/>
              </w:rPr>
              <w:t xml:space="preserve"> gegevens</w:t>
            </w:r>
          </w:p>
        </w:tc>
      </w:tr>
      <w:tr w:rsidR="00C869D4" w14:paraId="66336E3D" w14:textId="77777777">
        <w:trPr>
          <w:gridAfter w:val="1"/>
          <w:wAfter w:w="398" w:type="dxa"/>
          <w:jc w:val="center"/>
        </w:trPr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551F131" w14:textId="77777777" w:rsidR="00C869D4" w:rsidRDefault="007C5501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administratieve of financiële afhandeling</w:t>
            </w:r>
          </w:p>
        </w:tc>
        <w:tc>
          <w:tcPr>
            <w:tcW w:w="5017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A24F2B4" w14:textId="77777777" w:rsidR="00C869D4" w:rsidRDefault="007C5501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iets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anders</w:t>
            </w:r>
            <w:proofErr w:type="spellEnd"/>
          </w:p>
          <w:p w14:paraId="339E97D4" w14:textId="77777777" w:rsidR="004E7413" w:rsidRDefault="004E7413"/>
        </w:tc>
      </w:tr>
      <w:tr w:rsidR="00C869D4" w14:paraId="01F8CBC6" w14:textId="77777777">
        <w:trPr>
          <w:jc w:val="center"/>
        </w:trPr>
        <w:tc>
          <w:tcPr>
            <w:tcW w:w="104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8C9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E190C46" w14:textId="77777777" w:rsidR="00C869D4" w:rsidRDefault="007C5501">
            <w:r>
              <w:rPr>
                <w:b/>
                <w:color w:val="FFFFFF"/>
                <w:sz w:val="21"/>
              </w:rPr>
              <w:t>4. Omschrijving van de klacht</w:t>
            </w:r>
          </w:p>
        </w:tc>
      </w:tr>
    </w:tbl>
    <w:p w14:paraId="40AE2573" w14:textId="77777777" w:rsidR="00C869D4" w:rsidRPr="004E7413" w:rsidRDefault="007C5501">
      <w:pPr>
        <w:spacing w:before="80" w:after="40"/>
        <w:rPr>
          <w:lang w:val="nl-NL"/>
        </w:rPr>
      </w:pPr>
      <w:r w:rsidRPr="004E7413">
        <w:rPr>
          <w:b/>
          <w:sz w:val="18"/>
          <w:lang w:val="nl-NL"/>
        </w:rPr>
        <w:t>Wat is er volgens u gebeurd? Beschrijf zo concreet mogelijk wat u niet goed vond.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C869D4" w:rsidRPr="004E7413" w14:paraId="60702D41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DF814C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C869D4" w:rsidRPr="004E7413" w14:paraId="6B3CCA76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84FF23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C869D4" w:rsidRPr="004E7413" w14:paraId="4CA9F5AF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300E86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C869D4" w:rsidRPr="004E7413" w14:paraId="3A6D63F3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430D99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4E7413" w:rsidRPr="004E7413" w14:paraId="40C3CE77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97772E" w14:textId="77777777" w:rsidR="004E7413" w:rsidRPr="004E7413" w:rsidRDefault="004E7413">
            <w:pPr>
              <w:rPr>
                <w:lang w:val="nl-NL"/>
              </w:rPr>
            </w:pPr>
          </w:p>
        </w:tc>
      </w:tr>
      <w:tr w:rsidR="004E7413" w:rsidRPr="004E7413" w14:paraId="17C61EC4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FBBE74" w14:textId="77777777" w:rsidR="004E7413" w:rsidRPr="004E7413" w:rsidRDefault="004E7413">
            <w:pPr>
              <w:rPr>
                <w:lang w:val="nl-NL"/>
              </w:rPr>
            </w:pPr>
          </w:p>
        </w:tc>
      </w:tr>
    </w:tbl>
    <w:p w14:paraId="11A0320E" w14:textId="77777777" w:rsidR="00C869D4" w:rsidRPr="004E7413" w:rsidRDefault="007C5501">
      <w:pPr>
        <w:spacing w:before="80" w:after="40"/>
        <w:rPr>
          <w:lang w:val="nl-NL"/>
        </w:rPr>
      </w:pPr>
      <w:r w:rsidRPr="004E7413">
        <w:rPr>
          <w:b/>
          <w:sz w:val="18"/>
          <w:lang w:val="nl-NL"/>
        </w:rPr>
        <w:t>Wat waren voor u de gevolgen?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C869D4" w:rsidRPr="004E7413" w14:paraId="0A6210A9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ACEF38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C869D4" w:rsidRPr="004E7413" w14:paraId="1CA7D88B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25EAA6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</w:tbl>
    <w:p w14:paraId="6E2B183F" w14:textId="77777777" w:rsidR="00C869D4" w:rsidRPr="004E7413" w:rsidRDefault="007C5501">
      <w:pPr>
        <w:spacing w:before="80" w:after="40"/>
        <w:rPr>
          <w:lang w:val="nl-NL"/>
        </w:rPr>
      </w:pPr>
      <w:r w:rsidRPr="004E7413">
        <w:rPr>
          <w:b/>
          <w:sz w:val="18"/>
          <w:lang w:val="nl-NL"/>
        </w:rPr>
        <w:t>Wat zou voor u een goede oplossing of uitkomst zijn?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2"/>
      </w:tblGrid>
      <w:tr w:rsidR="00C869D4" w:rsidRPr="004E7413" w14:paraId="7D776119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4E1B3B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C869D4" w:rsidRPr="004E7413" w14:paraId="7229DF77" w14:textId="77777777">
        <w:trPr>
          <w:jc w:val="center"/>
        </w:trPr>
        <w:tc>
          <w:tcPr>
            <w:tcW w:w="10482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D504E6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</w:tbl>
    <w:p w14:paraId="766F0C46" w14:textId="767FE5FD" w:rsidR="00C869D4" w:rsidRPr="004E7413" w:rsidRDefault="007C5501" w:rsidP="004E7413">
      <w:pPr>
        <w:rPr>
          <w:lang w:val="nl-NL"/>
        </w:rPr>
      </w:pPr>
      <w:r w:rsidRPr="004E7413">
        <w:rPr>
          <w:lang w:val="nl-NL"/>
        </w:rPr>
        <w:br w:type="page"/>
      </w:r>
      <w:r w:rsidRPr="004E7413">
        <w:rPr>
          <w:b/>
          <w:color w:val="008C95"/>
          <w:sz w:val="36"/>
          <w:lang w:val="nl-NL"/>
        </w:rPr>
        <w:lastRenderedPageBreak/>
        <w:t>AFRONDING EN VERVOLG</w:t>
      </w:r>
    </w:p>
    <w:p w14:paraId="6719A129" w14:textId="77777777" w:rsidR="004E7413" w:rsidRDefault="004E7413">
      <w:pPr>
        <w:spacing w:after="40"/>
        <w:rPr>
          <w:b/>
          <w:color w:val="008C95"/>
          <w:sz w:val="36"/>
          <w:lang w:val="nl-NL"/>
        </w:rPr>
      </w:pPr>
    </w:p>
    <w:p w14:paraId="441B264D" w14:textId="77777777" w:rsidR="004E7413" w:rsidRPr="004E7413" w:rsidRDefault="004E7413">
      <w:pPr>
        <w:spacing w:after="40"/>
        <w:rPr>
          <w:lang w:val="nl-NL"/>
        </w:rPr>
      </w:pPr>
    </w:p>
    <w:p w14:paraId="1D36C4E1" w14:textId="77777777" w:rsidR="00C869D4" w:rsidRPr="004E7413" w:rsidRDefault="007C5501">
      <w:pPr>
        <w:spacing w:after="160"/>
        <w:rPr>
          <w:lang w:val="nl-NL"/>
        </w:rPr>
      </w:pPr>
      <w:r w:rsidRPr="004E7413">
        <w:rPr>
          <w:b/>
          <w:sz w:val="21"/>
          <w:lang w:val="nl-NL"/>
        </w:rPr>
        <w:t>Hoe we uw klacht bespreken, vastleggen en opvolgen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9972"/>
        <w:gridCol w:w="450"/>
      </w:tblGrid>
      <w:tr w:rsidR="00C869D4" w:rsidRPr="004E7413" w14:paraId="7C453318" w14:textId="77777777" w:rsidTr="004E7413">
        <w:trPr>
          <w:trHeight w:val="400"/>
        </w:trPr>
        <w:tc>
          <w:tcPr>
            <w:tcW w:w="10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C9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592BB17F" w14:textId="77777777" w:rsidR="00C869D4" w:rsidRPr="004E7413" w:rsidRDefault="007C5501" w:rsidP="004E7413">
            <w:pPr>
              <w:rPr>
                <w:lang w:val="nl-NL"/>
              </w:rPr>
            </w:pPr>
            <w:r w:rsidRPr="004E7413">
              <w:rPr>
                <w:b/>
                <w:color w:val="FFFFFF"/>
                <w:sz w:val="21"/>
                <w:lang w:val="nl-NL"/>
              </w:rPr>
              <w:t>5. Heeft u de klacht al met iemand in de praktijk besproken?</w:t>
            </w:r>
          </w:p>
        </w:tc>
      </w:tr>
      <w:tr w:rsidR="00C869D4" w14:paraId="1B7BC13A" w14:textId="77777777" w:rsidTr="004E7413">
        <w:trPr>
          <w:gridAfter w:val="1"/>
          <w:wAfter w:w="450" w:type="dxa"/>
          <w:trHeight w:val="333"/>
        </w:trPr>
        <w:tc>
          <w:tcPr>
            <w:tcW w:w="997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5C61762" w14:textId="77777777" w:rsidR="00C869D4" w:rsidRDefault="007C5501">
            <w:proofErr w:type="gramStart"/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nee</w:t>
            </w:r>
            <w:proofErr w:type="gramEnd"/>
          </w:p>
        </w:tc>
      </w:tr>
      <w:tr w:rsidR="00C869D4" w14:paraId="11CAEDFD" w14:textId="77777777" w:rsidTr="004E7413">
        <w:trPr>
          <w:gridAfter w:val="1"/>
          <w:wAfter w:w="450" w:type="dxa"/>
          <w:trHeight w:val="347"/>
        </w:trPr>
        <w:tc>
          <w:tcPr>
            <w:tcW w:w="997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B334157" w14:textId="77777777" w:rsidR="00C869D4" w:rsidRDefault="007C5501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 ja</w:t>
            </w:r>
            <w:proofErr w:type="gramEnd"/>
            <w:r>
              <w:rPr>
                <w:sz w:val="18"/>
              </w:rPr>
              <w:t xml:space="preserve">, met: </w:t>
            </w:r>
            <w:proofErr w:type="gramStart"/>
            <w:r>
              <w:rPr>
                <w:sz w:val="18"/>
              </w:rPr>
              <w:t xml:space="preserve">______________________________   op: ____ / </w:t>
            </w:r>
            <w:proofErr w:type="gramEnd"/>
            <w:r>
              <w:rPr>
                <w:sz w:val="18"/>
              </w:rPr>
              <w:t>____ / ______</w:t>
            </w:r>
          </w:p>
          <w:p w14:paraId="6750C230" w14:textId="77777777" w:rsidR="004E7413" w:rsidRDefault="004E7413">
            <w:pPr>
              <w:rPr>
                <w:sz w:val="18"/>
              </w:rPr>
            </w:pPr>
          </w:p>
          <w:p w14:paraId="75B09181" w14:textId="77777777" w:rsidR="004E7413" w:rsidRDefault="004E7413"/>
        </w:tc>
      </w:tr>
    </w:tbl>
    <w:p w14:paraId="3118BA95" w14:textId="77777777" w:rsidR="00C869D4" w:rsidRPr="004E7413" w:rsidRDefault="007C5501">
      <w:pPr>
        <w:spacing w:before="80" w:after="40"/>
        <w:rPr>
          <w:lang w:val="nl-NL"/>
        </w:rPr>
      </w:pPr>
      <w:r w:rsidRPr="004E7413">
        <w:rPr>
          <w:b/>
          <w:sz w:val="18"/>
          <w:lang w:val="nl-NL"/>
        </w:rPr>
        <w:t>Wat is er toen besproken of afgesproken?</w:t>
      </w:r>
    </w:p>
    <w:tbl>
      <w:tblPr>
        <w:tblW w:w="10527" w:type="dxa"/>
        <w:jc w:val="center"/>
        <w:tblLayout w:type="fixed"/>
        <w:tblLook w:val="04A0" w:firstRow="1" w:lastRow="0" w:firstColumn="1" w:lastColumn="0" w:noHBand="0" w:noVBand="1"/>
      </w:tblPr>
      <w:tblGrid>
        <w:gridCol w:w="2960"/>
        <w:gridCol w:w="7553"/>
        <w:gridCol w:w="14"/>
      </w:tblGrid>
      <w:tr w:rsidR="00C869D4" w:rsidRPr="004E7413" w14:paraId="4327017B" w14:textId="77777777" w:rsidTr="004E7413">
        <w:trPr>
          <w:trHeight w:val="320"/>
          <w:jc w:val="center"/>
        </w:trPr>
        <w:tc>
          <w:tcPr>
            <w:tcW w:w="10527" w:type="dxa"/>
            <w:gridSpan w:val="3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BABE66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</w:tc>
      </w:tr>
      <w:tr w:rsidR="00C869D4" w:rsidRPr="004E7413" w14:paraId="5FF2272F" w14:textId="77777777" w:rsidTr="004E7413">
        <w:trPr>
          <w:trHeight w:val="984"/>
          <w:jc w:val="center"/>
        </w:trPr>
        <w:tc>
          <w:tcPr>
            <w:tcW w:w="10527" w:type="dxa"/>
            <w:gridSpan w:val="3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74881A" w14:textId="77777777" w:rsidR="00C869D4" w:rsidRDefault="007C5501">
            <w:pPr>
              <w:rPr>
                <w:lang w:val="nl-NL"/>
              </w:rPr>
            </w:pPr>
            <w:r w:rsidRPr="004E7413">
              <w:rPr>
                <w:lang w:val="nl-NL"/>
              </w:rPr>
              <w:t xml:space="preserve"> </w:t>
            </w:r>
          </w:p>
          <w:p w14:paraId="4385432D" w14:textId="77777777" w:rsidR="004E7413" w:rsidRDefault="004E7413">
            <w:pPr>
              <w:rPr>
                <w:lang w:val="nl-NL"/>
              </w:rPr>
            </w:pPr>
          </w:p>
          <w:p w14:paraId="4A70AEE3" w14:textId="77777777" w:rsidR="004E7413" w:rsidRPr="004E7413" w:rsidRDefault="004E7413">
            <w:pPr>
              <w:rPr>
                <w:lang w:val="nl-NL"/>
              </w:rPr>
            </w:pPr>
          </w:p>
        </w:tc>
      </w:tr>
      <w:tr w:rsidR="00C869D4" w14:paraId="1D665091" w14:textId="77777777" w:rsidTr="004E7413">
        <w:trPr>
          <w:gridAfter w:val="1"/>
          <w:wAfter w:w="14" w:type="dxa"/>
          <w:trHeight w:val="369"/>
          <w:jc w:val="center"/>
        </w:trPr>
        <w:tc>
          <w:tcPr>
            <w:tcW w:w="10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8C9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67D6256A" w14:textId="77777777" w:rsidR="00C869D4" w:rsidRDefault="007C5501">
            <w:r>
              <w:rPr>
                <w:b/>
                <w:color w:val="FFFFFF"/>
                <w:sz w:val="21"/>
              </w:rPr>
              <w:t>6. Ondertekening</w:t>
            </w:r>
          </w:p>
        </w:tc>
      </w:tr>
      <w:tr w:rsidR="00C869D4" w14:paraId="570FE5B6" w14:textId="77777777" w:rsidTr="004E7413">
        <w:trPr>
          <w:trHeight w:val="344"/>
          <w:jc w:val="center"/>
        </w:trPr>
        <w:tc>
          <w:tcPr>
            <w:tcW w:w="2960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92D8438" w14:textId="77777777" w:rsidR="00C869D4" w:rsidRDefault="007C5501">
            <w:proofErr w:type="spellStart"/>
            <w:r>
              <w:rPr>
                <w:b/>
                <w:sz w:val="18"/>
              </w:rPr>
              <w:t>Plaats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en</w:t>
            </w:r>
            <w:proofErr w:type="spellEnd"/>
            <w:r>
              <w:rPr>
                <w:b/>
                <w:sz w:val="18"/>
              </w:rPr>
              <w:t xml:space="preserve"> datum</w:t>
            </w:r>
          </w:p>
        </w:tc>
        <w:tc>
          <w:tcPr>
            <w:tcW w:w="756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236455D" w14:textId="77777777" w:rsidR="00C869D4" w:rsidRDefault="007C5501">
            <w:r>
              <w:t xml:space="preserve"> </w:t>
            </w:r>
          </w:p>
        </w:tc>
      </w:tr>
      <w:tr w:rsidR="00C869D4" w14:paraId="0647DEBD" w14:textId="77777777" w:rsidTr="004E7413">
        <w:trPr>
          <w:trHeight w:val="332"/>
          <w:jc w:val="center"/>
        </w:trPr>
        <w:tc>
          <w:tcPr>
            <w:tcW w:w="2960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EC6AA9" w14:textId="77777777" w:rsidR="00C869D4" w:rsidRDefault="007C5501">
            <w:r>
              <w:rPr>
                <w:b/>
                <w:sz w:val="18"/>
              </w:rPr>
              <w:t>Naam indiener</w:t>
            </w:r>
          </w:p>
        </w:tc>
        <w:tc>
          <w:tcPr>
            <w:tcW w:w="756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C48C51" w14:textId="77777777" w:rsidR="00C869D4" w:rsidRDefault="007C5501">
            <w:r>
              <w:t xml:space="preserve"> </w:t>
            </w:r>
          </w:p>
        </w:tc>
      </w:tr>
      <w:tr w:rsidR="00C869D4" w14:paraId="4B2078BB" w14:textId="77777777" w:rsidTr="004E7413">
        <w:trPr>
          <w:trHeight w:val="344"/>
          <w:jc w:val="center"/>
        </w:trPr>
        <w:tc>
          <w:tcPr>
            <w:tcW w:w="2960" w:type="dxa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38ADF0" w14:textId="77777777" w:rsidR="00C869D4" w:rsidRDefault="007C5501">
            <w:r>
              <w:rPr>
                <w:b/>
                <w:sz w:val="18"/>
              </w:rPr>
              <w:t>Handtekening</w:t>
            </w:r>
          </w:p>
        </w:tc>
        <w:tc>
          <w:tcPr>
            <w:tcW w:w="7567" w:type="dxa"/>
            <w:gridSpan w:val="2"/>
            <w:tcBorders>
              <w:top w:val="single" w:sz="6" w:space="0" w:color="B7D7D8"/>
              <w:left w:val="single" w:sz="6" w:space="0" w:color="B7D7D8"/>
              <w:bottom w:val="single" w:sz="6" w:space="0" w:color="B7D7D8"/>
              <w:right w:val="single" w:sz="6" w:space="0" w:color="B7D7D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758949" w14:textId="77777777" w:rsidR="00C869D4" w:rsidRDefault="007C5501">
            <w:r>
              <w:t xml:space="preserve"> </w:t>
            </w:r>
          </w:p>
        </w:tc>
      </w:tr>
    </w:tbl>
    <w:p w14:paraId="6F5832E6" w14:textId="77777777" w:rsidR="004E7413" w:rsidRDefault="007C5501">
      <w:pPr>
        <w:pStyle w:val="SmallNote"/>
        <w:rPr>
          <w:sz w:val="15"/>
          <w:lang w:val="nl-NL"/>
        </w:rPr>
      </w:pPr>
      <w:r w:rsidRPr="004E7413">
        <w:rPr>
          <w:sz w:val="15"/>
          <w:lang w:val="nl-NL"/>
        </w:rPr>
        <w:t xml:space="preserve">Door ondertekening bevestigt u dat de informatie op dit formulier naar waarheid is ingevuld. Als de klacht namens iemand anders wordt ingediend, kan </w:t>
      </w:r>
    </w:p>
    <w:p w14:paraId="37C47527" w14:textId="60992CCA" w:rsidR="00C869D4" w:rsidRDefault="007C5501">
      <w:pPr>
        <w:pStyle w:val="SmallNote"/>
        <w:rPr>
          <w:sz w:val="15"/>
          <w:lang w:val="nl-NL"/>
        </w:rPr>
      </w:pPr>
      <w:proofErr w:type="gramStart"/>
      <w:r w:rsidRPr="004E7413">
        <w:rPr>
          <w:sz w:val="15"/>
          <w:lang w:val="nl-NL"/>
        </w:rPr>
        <w:t>aanvullende</w:t>
      </w:r>
      <w:proofErr w:type="gramEnd"/>
      <w:r w:rsidRPr="004E7413">
        <w:rPr>
          <w:sz w:val="15"/>
          <w:lang w:val="nl-NL"/>
        </w:rPr>
        <w:t xml:space="preserve"> toestemming of machtiging nodig zijn.</w:t>
      </w:r>
    </w:p>
    <w:p w14:paraId="598CB73A" w14:textId="77777777" w:rsidR="004E7413" w:rsidRPr="004E7413" w:rsidRDefault="004E7413">
      <w:pPr>
        <w:pStyle w:val="SmallNote"/>
        <w:rPr>
          <w:lang w:val="nl-NL"/>
        </w:rPr>
      </w:pPr>
    </w:p>
    <w:tbl>
      <w:tblPr>
        <w:tblW w:w="10608" w:type="dxa"/>
        <w:jc w:val="center"/>
        <w:tblLayout w:type="fixed"/>
        <w:tblLook w:val="04A0" w:firstRow="1" w:lastRow="0" w:firstColumn="1" w:lastColumn="0" w:noHBand="0" w:noVBand="1"/>
      </w:tblPr>
      <w:tblGrid>
        <w:gridCol w:w="10608"/>
      </w:tblGrid>
      <w:tr w:rsidR="00C869D4" w:rsidRPr="004E7413" w14:paraId="529D4B29" w14:textId="77777777" w:rsidTr="004E7413">
        <w:trPr>
          <w:jc w:val="center"/>
        </w:trPr>
        <w:tc>
          <w:tcPr>
            <w:tcW w:w="10608" w:type="dxa"/>
            <w:tcBorders>
              <w:top w:val="nil"/>
              <w:left w:val="nil"/>
              <w:bottom w:val="nil"/>
              <w:right w:val="nil"/>
            </w:tcBorders>
            <w:shd w:val="clear" w:color="auto" w:fill="008C95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06CF1D22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color w:val="FFFFFF"/>
                <w:sz w:val="21"/>
                <w:lang w:val="nl-NL"/>
              </w:rPr>
              <w:t>7. Wat gebeurt er na het indienen?</w:t>
            </w:r>
          </w:p>
        </w:tc>
      </w:tr>
      <w:tr w:rsidR="00C869D4" w:rsidRPr="004E7413" w14:paraId="0ECBBD1A" w14:textId="77777777" w:rsidTr="004E7413">
        <w:trPr>
          <w:jc w:val="center"/>
        </w:trPr>
        <w:tc>
          <w:tcPr>
            <w:tcW w:w="10608" w:type="dxa"/>
            <w:tcBorders>
              <w:top w:val="single" w:sz="8" w:space="0" w:color="B7D7D8"/>
              <w:left w:val="single" w:sz="8" w:space="0" w:color="B7D7D8"/>
              <w:bottom w:val="single" w:sz="8" w:space="0" w:color="B7D7D8"/>
              <w:right w:val="single" w:sz="8" w:space="0" w:color="B7D7D8"/>
            </w:tcBorders>
            <w:shd w:val="clear" w:color="auto" w:fill="F5F7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7594B5E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color w:val="008C95"/>
                <w:lang w:val="nl-NL"/>
              </w:rPr>
              <w:t>Wat gebeurt er na het indienen?</w:t>
            </w:r>
          </w:p>
          <w:p w14:paraId="37AD4F6F" w14:textId="77777777" w:rsidR="00C869D4" w:rsidRPr="004E7413" w:rsidRDefault="007C5501">
            <w:pPr>
              <w:spacing w:after="60"/>
              <w:ind w:left="142"/>
              <w:rPr>
                <w:lang w:val="nl-NL"/>
              </w:rPr>
            </w:pPr>
            <w:r w:rsidRPr="004E7413">
              <w:rPr>
                <w:sz w:val="17"/>
                <w:lang w:val="nl-NL"/>
              </w:rPr>
              <w:t>• Onze klachtencoördinator neemt uw klacht in behandeling en laat u weten hoe de klacht wordt opgepakt. Wij houden u op de hoogte van de voortgang en de uitkomst.</w:t>
            </w:r>
          </w:p>
          <w:p w14:paraId="0ECD1996" w14:textId="77777777" w:rsidR="00C869D4" w:rsidRPr="004E7413" w:rsidRDefault="007C5501">
            <w:pPr>
              <w:spacing w:after="60"/>
              <w:ind w:left="142"/>
              <w:rPr>
                <w:lang w:val="nl-NL"/>
              </w:rPr>
            </w:pPr>
            <w:r w:rsidRPr="004E7413">
              <w:rPr>
                <w:sz w:val="17"/>
                <w:lang w:val="nl-NL"/>
              </w:rPr>
              <w:t>• Een schriftelijke klacht wordt in beginsel binnen 6 weken afgehandeld. Als meer tijd nodig is, kan deze termijn eenmaal met maximaal 4 weken worden verlengd. U krijgt daarover bericht.</w:t>
            </w:r>
          </w:p>
          <w:p w14:paraId="6D5B552C" w14:textId="2C4920AE" w:rsidR="00C869D4" w:rsidRDefault="007C5501">
            <w:pPr>
              <w:spacing w:after="60"/>
              <w:ind w:left="142"/>
              <w:rPr>
                <w:sz w:val="17"/>
                <w:lang w:val="nl-NL"/>
              </w:rPr>
            </w:pPr>
            <w:r w:rsidRPr="004E7413">
              <w:rPr>
                <w:sz w:val="17"/>
                <w:lang w:val="nl-NL"/>
              </w:rPr>
              <w:t xml:space="preserve">• Wilt u onafhankelijke ondersteuning of komen we er samen niet uit? Dan kunt u gratis terecht bij de onafhankelijke klachtenfunctionaris van SKGE: 088 - 022 91 00, info@skge.nl, </w:t>
            </w:r>
            <w:hyperlink r:id="rId11" w:history="1">
              <w:r w:rsidR="004E7413" w:rsidRPr="007C2D07">
                <w:rPr>
                  <w:rStyle w:val="Hyperlink"/>
                  <w:sz w:val="17"/>
                  <w:lang w:val="nl-NL"/>
                </w:rPr>
                <w:t>www.skge.nl</w:t>
              </w:r>
            </w:hyperlink>
            <w:r w:rsidRPr="004E7413">
              <w:rPr>
                <w:sz w:val="17"/>
                <w:lang w:val="nl-NL"/>
              </w:rPr>
              <w:t>.</w:t>
            </w:r>
          </w:p>
          <w:p w14:paraId="60ED239E" w14:textId="77777777" w:rsidR="004E7413" w:rsidRPr="004E7413" w:rsidRDefault="004E7413">
            <w:pPr>
              <w:spacing w:after="60"/>
              <w:ind w:left="142"/>
              <w:rPr>
                <w:lang w:val="nl-NL"/>
              </w:rPr>
            </w:pPr>
          </w:p>
          <w:p w14:paraId="63DF7656" w14:textId="77777777" w:rsidR="00C869D4" w:rsidRPr="004E7413" w:rsidRDefault="007C5501">
            <w:pPr>
              <w:rPr>
                <w:lang w:val="nl-NL"/>
              </w:rPr>
            </w:pPr>
            <w:r w:rsidRPr="004E7413">
              <w:rPr>
                <w:b/>
                <w:sz w:val="17"/>
                <w:lang w:val="nl-NL"/>
              </w:rPr>
              <w:t>Uw klacht wordt vertrouwelijk behandeld en heeft geen negatieve gevolgen voor uw medische behandeling.</w:t>
            </w:r>
          </w:p>
        </w:tc>
      </w:tr>
    </w:tbl>
    <w:p w14:paraId="39224B96" w14:textId="77777777" w:rsidR="00C869D4" w:rsidRPr="004E7413" w:rsidRDefault="007C5501">
      <w:pPr>
        <w:pStyle w:val="SmallNote"/>
        <w:jc w:val="center"/>
        <w:rPr>
          <w:lang w:val="nl-NL"/>
        </w:rPr>
      </w:pPr>
      <w:r w:rsidRPr="004E7413">
        <w:rPr>
          <w:sz w:val="15"/>
          <w:lang w:val="nl-NL"/>
        </w:rPr>
        <w:t>SKGE - Stichting Klachten &amp; Geschillen Eerstelijnszorg | Postbus 8018, 5601 KA Eindhoven | 088 - 022 91 00 | info@skge.nl | www.skge.nl</w:t>
      </w:r>
    </w:p>
    <w:sectPr w:rsidR="00C869D4" w:rsidRPr="004E7413" w:rsidSect="00034616">
      <w:headerReference w:type="default" r:id="rId12"/>
      <w:footerReference w:type="default" r:id="rId13"/>
      <w:pgSz w:w="12240" w:h="15840"/>
      <w:pgMar w:top="765" w:right="879" w:bottom="709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786D0" w14:textId="77777777" w:rsidR="007C5501" w:rsidRDefault="007C5501">
      <w:pPr>
        <w:spacing w:after="0" w:line="240" w:lineRule="auto"/>
      </w:pPr>
      <w:r>
        <w:separator/>
      </w:r>
    </w:p>
  </w:endnote>
  <w:endnote w:type="continuationSeparator" w:id="0">
    <w:p w14:paraId="2963C785" w14:textId="77777777" w:rsidR="007C5501" w:rsidRDefault="007C5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EFAAE" w14:textId="77777777" w:rsidR="00C869D4" w:rsidRDefault="007C5501">
    <w:pPr>
      <w:pStyle w:val="Voettekst"/>
      <w:jc w:val="center"/>
    </w:pPr>
    <w:proofErr w:type="spellStart"/>
    <w:r>
      <w:rPr>
        <w:color w:val="66767C"/>
        <w:sz w:val="15"/>
      </w:rPr>
      <w:t>Huisartsenpraktijk</w:t>
    </w:r>
    <w:proofErr w:type="spellEnd"/>
    <w:r>
      <w:rPr>
        <w:color w:val="66767C"/>
        <w:sz w:val="15"/>
      </w:rPr>
      <w:t xml:space="preserve"> </w:t>
    </w:r>
    <w:proofErr w:type="gramStart"/>
    <w:r>
      <w:rPr>
        <w:color w:val="66767C"/>
        <w:sz w:val="15"/>
      </w:rPr>
      <w:t>Raaijmakers  |</w:t>
    </w:r>
    <w:proofErr w:type="gramEnd"/>
    <w:r>
      <w:rPr>
        <w:color w:val="66767C"/>
        <w:sz w:val="15"/>
      </w:rPr>
      <w:t xml:space="preserve">  </w:t>
    </w:r>
    <w:proofErr w:type="spellStart"/>
    <w:r>
      <w:rPr>
        <w:color w:val="66767C"/>
        <w:sz w:val="15"/>
      </w:rPr>
      <w:t>Klachtenformulier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8A5A" w14:textId="77777777" w:rsidR="007C5501" w:rsidRDefault="007C5501">
      <w:pPr>
        <w:spacing w:after="0" w:line="240" w:lineRule="auto"/>
      </w:pPr>
      <w:r>
        <w:separator/>
      </w:r>
    </w:p>
  </w:footnote>
  <w:footnote w:type="continuationSeparator" w:id="0">
    <w:p w14:paraId="3118C1CB" w14:textId="77777777" w:rsidR="007C5501" w:rsidRDefault="007C5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F629" w14:textId="77777777" w:rsidR="00C869D4" w:rsidRDefault="00C869D4">
    <w:pPr>
      <w:pStyle w:val="Koptekst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74"/>
      <w:gridCol w:w="5074"/>
    </w:tblGrid>
    <w:tr w:rsidR="00C869D4" w14:paraId="12A7A044" w14:textId="77777777">
      <w:trPr>
        <w:jc w:val="center"/>
      </w:trPr>
      <w:tc>
        <w:tcPr>
          <w:tcW w:w="5074" w:type="dxa"/>
          <w:tcBorders>
            <w:bottom w:val="single" w:sz="8" w:space="0" w:color="79B84A"/>
          </w:tcBorders>
        </w:tcPr>
        <w:p w14:paraId="05F87431" w14:textId="77777777" w:rsidR="00C869D4" w:rsidRDefault="007C5501">
          <w:r>
            <w:rPr>
              <w:noProof/>
            </w:rPr>
            <w:drawing>
              <wp:inline distT="0" distB="0" distL="0" distR="0" wp14:anchorId="3C1839C2" wp14:editId="086CAD62">
                <wp:extent cx="1440000" cy="47657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aaijmaker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4765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4" w:type="dxa"/>
          <w:tcBorders>
            <w:bottom w:val="single" w:sz="8" w:space="0" w:color="79B84A"/>
          </w:tcBorders>
        </w:tcPr>
        <w:p w14:paraId="278E217E" w14:textId="77777777" w:rsidR="00C869D4" w:rsidRDefault="007C5501">
          <w:pPr>
            <w:jc w:val="right"/>
          </w:pPr>
          <w:proofErr w:type="spellStart"/>
          <w:r>
            <w:rPr>
              <w:b/>
              <w:color w:val="008C95"/>
              <w:sz w:val="16"/>
            </w:rPr>
            <w:t>Patiënteninformatie</w:t>
          </w:r>
          <w:proofErr w:type="spellEnd"/>
          <w:r>
            <w:rPr>
              <w:b/>
              <w:color w:val="008C95"/>
              <w:sz w:val="16"/>
            </w:rPr>
            <w:t xml:space="preserve"> | </w:t>
          </w:r>
          <w:proofErr w:type="spellStart"/>
          <w:r>
            <w:rPr>
              <w:b/>
              <w:color w:val="008C95"/>
              <w:sz w:val="16"/>
            </w:rPr>
            <w:t>Klachten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7541294">
    <w:abstractNumId w:val="8"/>
  </w:num>
  <w:num w:numId="2" w16cid:durableId="750850479">
    <w:abstractNumId w:val="6"/>
  </w:num>
  <w:num w:numId="3" w16cid:durableId="1714579568">
    <w:abstractNumId w:val="5"/>
  </w:num>
  <w:num w:numId="4" w16cid:durableId="824512232">
    <w:abstractNumId w:val="4"/>
  </w:num>
  <w:num w:numId="5" w16cid:durableId="1626542407">
    <w:abstractNumId w:val="7"/>
  </w:num>
  <w:num w:numId="6" w16cid:durableId="1445035065">
    <w:abstractNumId w:val="3"/>
  </w:num>
  <w:num w:numId="7" w16cid:durableId="367338656">
    <w:abstractNumId w:val="2"/>
  </w:num>
  <w:num w:numId="8" w16cid:durableId="1279802924">
    <w:abstractNumId w:val="1"/>
  </w:num>
  <w:num w:numId="9" w16cid:durableId="1210805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3404"/>
    <w:rsid w:val="004E7413"/>
    <w:rsid w:val="007C5501"/>
    <w:rsid w:val="00AA1D8D"/>
    <w:rsid w:val="00B47730"/>
    <w:rsid w:val="00C869D4"/>
    <w:rsid w:val="00CB0664"/>
    <w:rsid w:val="00E974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B30B4F"/>
  <w14:defaultImageDpi w14:val="300"/>
  <w15:docId w15:val="{47C4C9AB-A5D2-4FE3-B5B6-C5CA630D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80" w:line="252" w:lineRule="auto"/>
    </w:pPr>
    <w:rPr>
      <w:rFonts w:ascii="Aptos" w:hAnsi="Aptos"/>
      <w:color w:val="173B4D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Note"/>
    <w:pPr>
      <w:spacing w:after="40"/>
    </w:pPr>
    <w:rPr>
      <w:rFonts w:ascii="Aptos" w:hAnsi="Aptos"/>
      <w:color w:val="66767C"/>
      <w:sz w:val="16"/>
    </w:rPr>
  </w:style>
  <w:style w:type="character" w:styleId="Hyperlink">
    <w:name w:val="Hyperlink"/>
    <w:basedOn w:val="Standaardalinea-lettertype"/>
    <w:uiPriority w:val="99"/>
    <w:unhideWhenUsed/>
    <w:rsid w:val="004E741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E7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kge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291253-48c8-48ff-831e-6e53c6c29232">
      <Terms xmlns="http://schemas.microsoft.com/office/infopath/2007/PartnerControls"/>
    </lcf76f155ced4ddcb4097134ff3c332f>
    <TaxCatchAll xmlns="ab738095-e8c6-412b-af6a-4c5f505ad1b6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B2AB25465F5449500B9DB3C5CBD6C" ma:contentTypeVersion="10" ma:contentTypeDescription="Een nieuw document maken." ma:contentTypeScope="" ma:versionID="9ac2c7d8b49d898717c0e7db5ad3178d">
  <xsd:schema xmlns:xsd="http://www.w3.org/2001/XMLSchema" xmlns:xs="http://www.w3.org/2001/XMLSchema" xmlns:p="http://schemas.microsoft.com/office/2006/metadata/properties" xmlns:ns2="59291253-48c8-48ff-831e-6e53c6c29232" xmlns:ns3="ab738095-e8c6-412b-af6a-4c5f505ad1b6" targetNamespace="http://schemas.microsoft.com/office/2006/metadata/properties" ma:root="true" ma:fieldsID="3f91f936b0d2a6034979afa70fb58b23" ns2:_="" ns3:_="">
    <xsd:import namespace="59291253-48c8-48ff-831e-6e53c6c29232"/>
    <xsd:import namespace="ab738095-e8c6-412b-af6a-4c5f505ad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91253-48c8-48ff-831e-6e53c6c29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adadc8-7bdd-4eef-9e70-bbd80ffff2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38095-e8c6-412b-af6a-4c5f505ad1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1e5cdb-c325-4b83-802f-67756704bf53}" ma:internalName="TaxCatchAll" ma:showField="CatchAllData" ma:web="ab738095-e8c6-412b-af6a-4c5f505ad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93028-8FE5-4906-B6F7-2E23A8E95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8A3090-7ACC-4BF6-8F67-B60E2D39188F}">
  <ds:schemaRefs>
    <ds:schemaRef ds:uri="http://schemas.microsoft.com/office/2006/metadata/properties"/>
    <ds:schemaRef ds:uri="http://schemas.microsoft.com/office/infopath/2007/PartnerControls"/>
    <ds:schemaRef ds:uri="59291253-48c8-48ff-831e-6e53c6c29232"/>
    <ds:schemaRef ds:uri="ab738095-e8c6-412b-af6a-4c5f505ad1b6"/>
  </ds:schemaRefs>
</ds:datastoreItem>
</file>

<file path=customXml/itemProps4.xml><?xml version="1.0" encoding="utf-8"?>
<ds:datastoreItem xmlns:ds="http://schemas.openxmlformats.org/officeDocument/2006/customXml" ds:itemID="{18F0974D-96F2-435E-8623-E606B33FB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91253-48c8-48ff-831e-6e53c6c29232"/>
    <ds:schemaRef ds:uri="ab738095-e8c6-412b-af6a-4c5f505ad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495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Esther Sormani</cp:lastModifiedBy>
  <cp:revision>2</cp:revision>
  <dcterms:created xsi:type="dcterms:W3CDTF">2026-10-11T10:28:00Z</dcterms:created>
  <dcterms:modified xsi:type="dcterms:W3CDTF">2026-10-11T10:28:00Z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0x0101001C2B2AB25465F5449500B9DB3C5CBD6C</vt:lpwstr>
  </property>
</Properties>
</file>